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80" w:line="780" w:lineRule="exact"/>
        <w:pBdr>
          <w:top w:val="single" w:sz="16" w:space="14" w:color="087B88"/>
        </w:pBdr>
      </w:pPr>
      <w:r>
        <w:rPr>
          <w:rFonts w:ascii="Calibri Light" w:hAnsi="Calibri Light"/>
          <w:b w:val="0"/>
          <w:color w:val="19313C"/>
          <w:sz w:val="70"/>
        </w:rPr>
        <w:t>[Prénom NOM]</w:t>
      </w:r>
    </w:p>
    <w:p>
      <w:pPr>
        <w:keepNext/>
        <w:spacing w:before="0" w:after="220" w:line="440" w:lineRule="exact"/>
      </w:pPr>
      <w:r>
        <w:rPr>
          <w:rFonts w:ascii="Calibri" w:hAnsi="Calibri"/>
          <w:b/>
          <w:color w:val="087B88"/>
          <w:sz w:val="34"/>
        </w:rPr>
        <w:t>[Intitulé précis du poste recherché]</w:t>
      </w:r>
    </w:p>
    <w:p>
      <w:pPr>
        <w:keepNext/>
        <w:spacing w:before="0" w:after="40" w:line="280" w:lineRule="exact"/>
      </w:pPr>
      <w:r>
        <w:rPr>
          <w:rFonts w:ascii="Calibri" w:hAnsi="Calibri"/>
          <w:b w:val="0"/>
          <w:color w:val="546772"/>
          <w:sz w:val="19"/>
        </w:rPr>
        <w:t>[Ville / mobilité]  ·  [Téléphone]  ·  [E-mail de candidature]</w:t>
      </w:r>
    </w:p>
    <w:p>
      <w:pPr>
        <w:keepNext/>
        <w:spacing w:before="0" w:after="280" w:line="280" w:lineRule="exact"/>
        <w:pBdr>
          <w:bottom w:val="single" w:sz="4" w:space="12" w:color="D9E2E6"/>
        </w:pBdr>
      </w:pPr>
      <w:r>
        <w:rPr>
          <w:rFonts w:ascii="Calibri" w:hAnsi="Calibri"/>
          <w:b w:val="0"/>
          <w:color w:val="546772"/>
          <w:sz w:val="19"/>
        </w:rPr>
        <w:t>[Portfolio ou profil professionnel, si pertinent]</w:t>
      </w:r>
    </w:p>
    <w:p>
      <w:pPr>
        <w:keepNext/>
        <w:spacing w:before="360" w:after="160" w:line="240" w:lineRule="exact"/>
      </w:pPr>
      <w:r>
        <w:rPr>
          <w:rFonts w:ascii="Calibri" w:hAnsi="Calibri"/>
          <w:b/>
          <w:color w:val="087B88"/>
          <w:sz w:val="18"/>
        </w:rPr>
        <w:t>PROFIL</w:t>
      </w:r>
    </w:p>
    <w:p>
      <w:pPr>
        <w:keepNext w:val="0"/>
        <w:spacing w:before="0" w:after="60" w:line="310" w:lineRule="exact"/>
      </w:pPr>
      <w:r>
        <w:rPr>
          <w:rFonts w:ascii="Calibri" w:hAnsi="Calibri"/>
          <w:b w:val="0"/>
          <w:color w:val="19313C"/>
          <w:sz w:val="21"/>
        </w:rPr>
        <w:t>[Votre spécialité ou parcours], avec [vos compétences utiles pour ce poste]. [Ce que vous savez prendre en charge et une preuve concrète, en deux ou trois lignes].</w:t>
      </w:r>
    </w:p>
    <w:p>
      <w:pPr>
        <w:keepNext/>
        <w:spacing w:before="360" w:after="160" w:line="240" w:lineRule="exact"/>
      </w:pPr>
      <w:r>
        <w:rPr>
          <w:rFonts w:ascii="Calibri" w:hAnsi="Calibri"/>
          <w:b/>
          <w:color w:val="087B88"/>
          <w:sz w:val="18"/>
        </w:rPr>
        <w:t>COMPÉTENCES</w:t>
      </w:r>
    </w:p>
    <w:p>
      <w:pPr>
        <w:keepNext w:val="0"/>
        <w:spacing w:before="0" w:after="60" w:line="310" w:lineRule="exact"/>
      </w:pPr>
      <w:r>
        <w:rPr>
          <w:rFonts w:ascii="Calibri" w:hAnsi="Calibri"/>
          <w:b w:val="0"/>
          <w:color w:val="19313C"/>
          <w:sz w:val="21"/>
        </w:rPr>
        <w:t>[Compétence métier 1]  ·  [Compétence métier 2]  ·  [Compétence métier 3]</w:t>
      </w:r>
    </w:p>
    <w:p>
      <w:pPr>
        <w:keepNext w:val="0"/>
        <w:spacing w:before="0" w:after="60" w:line="310" w:lineRule="exact"/>
      </w:pPr>
      <w:r>
        <w:rPr>
          <w:rFonts w:ascii="Calibri" w:hAnsi="Calibri"/>
          <w:b w:val="0"/>
          <w:color w:val="19313C"/>
          <w:sz w:val="21"/>
        </w:rPr>
        <w:t>[Outils réellement maîtrisés]  ·  [Langue et niveau démontrable]</w:t>
      </w:r>
    </w:p>
    <w:p>
      <w:pPr>
        <w:keepNext/>
        <w:spacing w:before="360" w:after="160" w:line="240" w:lineRule="exact"/>
      </w:pPr>
      <w:r>
        <w:rPr>
          <w:rFonts w:ascii="Calibri" w:hAnsi="Calibri"/>
          <w:b/>
          <w:color w:val="087B88"/>
          <w:sz w:val="18"/>
        </w:rPr>
        <w:t>EXPÉRIENCE PROFESSIONNELLE</w:t>
      </w:r>
    </w:p>
    <w:p>
      <w:pPr>
        <w:keepNext/>
        <w:spacing w:before="0" w:after="40" w:line="320" w:lineRule="exact"/>
      </w:pPr>
      <w:r>
        <w:rPr>
          <w:rFonts w:ascii="Calibri" w:hAnsi="Calibri"/>
          <w:b/>
          <w:color w:val="19313C"/>
          <w:sz w:val="24"/>
        </w:rPr>
        <w:t>[Poste ou projet le plus pertinent]</w:t>
      </w:r>
    </w:p>
    <w:p>
      <w:pPr>
        <w:keepNext/>
        <w:spacing w:before="0" w:after="120" w:line="280" w:lineRule="exact"/>
      </w:pPr>
      <w:r>
        <w:rPr>
          <w:rFonts w:ascii="Calibri" w:hAnsi="Calibri"/>
          <w:b w:val="0"/>
          <w:color w:val="546772"/>
          <w:sz w:val="19"/>
        </w:rPr>
        <w:t>[Structure]  ·  [Ville]  ·  [MM/AAAA – aujourd’hui]</w:t>
      </w:r>
    </w:p>
    <w:p>
      <w:pPr>
        <w:keepNext w:val="0"/>
        <w:spacing w:before="0" w:after="60" w:line="310" w:lineRule="exact"/>
        <w:ind w:left="220" w:hanging="220"/>
      </w:pPr>
      <w:r>
        <w:rPr>
          <w:rFonts w:ascii="Calibri" w:hAnsi="Calibri"/>
          <w:b w:val="0"/>
          <w:color w:val="19313C"/>
          <w:sz w:val="21"/>
        </w:rPr>
        <w:t xml:space="preserve">•  </w:t>
      </w:r>
      <w:r>
        <w:rPr>
          <w:b/>
        </w:rPr>
        <w:t>[Réalisation 1]</w:t>
      </w:r>
      <w:r>
        <w:t xml:space="preserve"> : [action menée, contexte et résultat observable].</w:t>
      </w:r>
    </w:p>
    <w:p>
      <w:pPr>
        <w:keepNext w:val="0"/>
        <w:spacing w:before="0" w:after="60" w:line="310" w:lineRule="exact"/>
        <w:ind w:left="220" w:hanging="220"/>
      </w:pPr>
      <w:r>
        <w:rPr>
          <w:rFonts w:ascii="Calibri" w:hAnsi="Calibri"/>
          <w:b w:val="0"/>
          <w:color w:val="19313C"/>
          <w:sz w:val="21"/>
        </w:rPr>
        <w:t xml:space="preserve">•  </w:t>
      </w:r>
      <w:r>
        <w:rPr>
          <w:b/>
        </w:rPr>
        <w:t>[Réalisation 2]</w:t>
      </w:r>
      <w:r>
        <w:t xml:space="preserve"> : [livrable créé ou problème résolu et contribution personnelle].</w:t>
      </w:r>
    </w:p>
    <w:p>
      <w:pPr>
        <w:keepNext w:val="0"/>
        <w:spacing w:before="0" w:after="60" w:line="310" w:lineRule="exact"/>
        <w:ind w:left="220" w:hanging="220"/>
      </w:pPr>
      <w:r>
        <w:rPr>
          <w:rFonts w:ascii="Calibri" w:hAnsi="Calibri"/>
          <w:b w:val="0"/>
          <w:color w:val="19313C"/>
          <w:sz w:val="21"/>
        </w:rPr>
        <w:t xml:space="preserve">•  </w:t>
      </w:r>
      <w:r>
        <w:rPr>
          <w:b/>
        </w:rPr>
        <w:t>[Méthode / outil]</w:t>
      </w:r>
      <w:r>
        <w:t xml:space="preserve"> : [usage concret utile pour le poste recherché].</w:t>
      </w:r>
    </w:p>
    <w:p>
      <w:pPr>
        <w:keepNext/>
        <w:spacing w:before="200" w:after="40" w:line="320" w:lineRule="exact"/>
      </w:pPr>
      <w:r>
        <w:rPr>
          <w:rFonts w:ascii="Calibri" w:hAnsi="Calibri"/>
          <w:b/>
          <w:color w:val="19313C"/>
          <w:sz w:val="24"/>
        </w:rPr>
        <w:t>[Autre expérience, stage ou projet pertinent]</w:t>
      </w:r>
    </w:p>
    <w:p>
      <w:pPr>
        <w:keepNext/>
        <w:spacing w:before="0" w:after="120" w:line="280" w:lineRule="exact"/>
      </w:pPr>
      <w:r>
        <w:rPr>
          <w:rFonts w:ascii="Calibri" w:hAnsi="Calibri"/>
          <w:b w:val="0"/>
          <w:color w:val="546772"/>
          <w:sz w:val="19"/>
        </w:rPr>
        <w:t>[Structure]  ·  [Ville]  ·  [MM/AAAA – MM/AAAA]</w:t>
      </w:r>
    </w:p>
    <w:p>
      <w:pPr>
        <w:keepNext w:val="0"/>
        <w:spacing w:before="0" w:after="60" w:line="310" w:lineRule="exact"/>
        <w:ind w:left="220" w:hanging="220"/>
      </w:pPr>
      <w:r>
        <w:rPr>
          <w:rFonts w:ascii="Calibri" w:hAnsi="Calibri"/>
          <w:b w:val="0"/>
          <w:color w:val="19313C"/>
          <w:sz w:val="21"/>
        </w:rPr>
        <w:t xml:space="preserve">•  </w:t>
      </w:r>
      <w:r>
        <w:rPr>
          <w:b/>
        </w:rPr>
        <w:t>[Mission utile au poste]</w:t>
      </w:r>
      <w:r>
        <w:t xml:space="preserve"> : [action menée et résultat ou livrable].</w:t>
      </w:r>
    </w:p>
    <w:p>
      <w:pPr>
        <w:keepNext w:val="0"/>
        <w:spacing w:before="0" w:after="60" w:line="310" w:lineRule="exact"/>
        <w:ind w:left="220" w:hanging="220"/>
      </w:pPr>
      <w:r>
        <w:rPr>
          <w:rFonts w:ascii="Calibri" w:hAnsi="Calibri"/>
          <w:b w:val="0"/>
          <w:color w:val="19313C"/>
          <w:sz w:val="21"/>
        </w:rPr>
        <w:t xml:space="preserve">•  </w:t>
      </w:r>
      <w:r>
        <w:rPr>
          <w:b/>
        </w:rPr>
        <w:t>[Compétence démontrée]</w:t>
      </w:r>
      <w:r>
        <w:t xml:space="preserve"> : [exemple précis que vous pouvez expliquer].</w:t>
      </w:r>
    </w:p>
    <w:p>
      <w:pPr>
        <w:keepNext/>
        <w:spacing w:before="360" w:after="160" w:line="240" w:lineRule="exact"/>
      </w:pPr>
      <w:r>
        <w:rPr>
          <w:rFonts w:ascii="Calibri" w:hAnsi="Calibri"/>
          <w:b/>
          <w:color w:val="087B88"/>
          <w:sz w:val="18"/>
        </w:rPr>
        <w:t>FORMATION</w:t>
      </w:r>
    </w:p>
    <w:p>
      <w:pPr>
        <w:keepNext/>
        <w:spacing w:before="0" w:after="40" w:line="320" w:lineRule="exact"/>
      </w:pPr>
      <w:r>
        <w:rPr>
          <w:rFonts w:ascii="Calibri" w:hAnsi="Calibri"/>
          <w:b/>
          <w:color w:val="19313C"/>
          <w:sz w:val="24"/>
        </w:rPr>
        <w:t>[Diplôme, certification ou formation réellement suivi]</w:t>
      </w:r>
    </w:p>
    <w:p>
      <w:pPr>
        <w:keepNext w:val="0"/>
        <w:spacing w:before="0" w:after="120" w:line="280" w:lineRule="exact"/>
      </w:pPr>
      <w:r>
        <w:rPr>
          <w:rFonts w:ascii="Calibri" w:hAnsi="Calibri"/>
          <w:b w:val="0"/>
          <w:color w:val="546772"/>
          <w:sz w:val="19"/>
        </w:rPr>
        <w:t>[Établissement / organisme]  ·  [Année]</w:t>
      </w:r>
    </w:p>
    <w:p>
      <w:pPr>
        <w:keepNext/>
        <w:spacing w:before="360" w:after="160" w:line="240" w:lineRule="exact"/>
      </w:pPr>
      <w:r>
        <w:rPr>
          <w:rFonts w:ascii="Calibri" w:hAnsi="Calibri"/>
          <w:b/>
          <w:color w:val="087B88"/>
          <w:sz w:val="18"/>
        </w:rPr>
        <w:t>INFORMATIONS COMPLÉMENTAIRES</w:t>
      </w:r>
    </w:p>
    <w:p>
      <w:pPr>
        <w:keepNext w:val="0"/>
        <w:spacing w:before="0" w:after="60" w:line="310" w:lineRule="exact"/>
      </w:pPr>
      <w:r>
        <w:rPr>
          <w:rFonts w:ascii="Calibri" w:hAnsi="Calibri"/>
          <w:b w:val="0"/>
          <w:color w:val="19313C"/>
          <w:sz w:val="21"/>
        </w:rPr>
        <w:t>[Disponibilité, mobilité ou permis : uniquement si utile au poste]</w:t>
      </w:r>
    </w:p>
    <w:sectPr w:rsidR="00FC693F" w:rsidRPr="0006063C" w:rsidSect="00034616">
      <w:pgSz w:w="11906" w:h="16838"/>
      <w:pgMar w:top="850" w:right="941" w:bottom="850" w:left="94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60"/>
    </w:pPr>
    <w:rPr>
      <w:rFonts w:ascii="Calibri" w:hAnsi="Calibri"/>
      <w:color w:val="1931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CV JobAnnonce — version modifiable</dc:title>
  <dc:subject>CV A4, une colonne, à personnaliser selon l’offre</dc:subject>
  <dc:creator>JobAnnonce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