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80" w:line="780" w:lineRule="exact"/>
      </w:pPr>
      <w:r>
        <w:rPr>
          <w:rFonts w:ascii="Calibri Light" w:hAnsi="Calibri Light"/>
          <w:b w:val="0"/>
          <w:color w:val="19313C"/>
          <w:sz w:val="70"/>
        </w:rPr>
        <w:t>[Prénom NOM]</w:t>
      </w:r>
    </w:p>
    <w:p>
      <w:pPr>
        <w:keepNext w:val="0"/>
        <w:spacing w:before="0" w:after="360" w:line="310" w:lineRule="exact"/>
      </w:pPr>
      <w:r>
        <w:rPr>
          <w:rFonts w:ascii="Calibri" w:hAnsi="Calibri"/>
          <w:b w:val="0"/>
          <w:color w:val="546772"/>
          <w:sz w:val="19"/>
        </w:rPr>
        <w:t>[Téléphone]  ·  [E-mail]</w:t>
      </w:r>
    </w:p>
    <w:p>
      <w:pPr>
        <w:keepNext w:val="0"/>
        <w:spacing w:before="0" w:after="400" w:line="380" w:lineRule="exact"/>
      </w:pPr>
      <w:r>
        <w:rPr>
          <w:rFonts w:ascii="Calibri" w:hAnsi="Calibri"/>
          <w:b/>
          <w:color w:val="087B88"/>
          <w:sz w:val="28"/>
        </w:rPr>
        <w:t>Objet : Votre proposition — [Poste] — [Prénom NOM]</w:t>
      </w:r>
    </w:p>
    <w:p>
      <w:pPr>
        <w:keepNext w:val="0"/>
        <w:spacing w:before="0" w:after="280" w:line="310" w:lineRule="exact"/>
      </w:pPr>
      <w:r>
        <w:rPr>
          <w:rFonts w:ascii="Calibri" w:hAnsi="Calibri"/>
          <w:b w:val="0"/>
          <w:color w:val="19313C"/>
          <w:sz w:val="21"/>
        </w:rPr>
        <w:t>Bonjour [Nom],</w:t>
      </w:r>
    </w:p>
    <w:p>
      <w:pPr>
        <w:keepNext w:val="0"/>
        <w:spacing w:before="0" w:after="280" w:line="310" w:lineRule="exact"/>
      </w:pPr>
      <w:r>
        <w:rPr>
          <w:rFonts w:ascii="Calibri" w:hAnsi="Calibri"/>
          <w:b w:val="0"/>
          <w:color w:val="19313C"/>
          <w:sz w:val="21"/>
        </w:rPr>
        <w:t>Merci pour votre proposition concernant le poste de [intitulé] et pour le temps consacré à nos échanges.</w:t>
      </w:r>
    </w:p>
    <w:p>
      <w:pPr>
        <w:keepNext w:val="0"/>
        <w:spacing w:before="0" w:after="280" w:line="310" w:lineRule="exact"/>
      </w:pPr>
      <w:r>
        <w:rPr>
          <w:rFonts w:ascii="Calibri" w:hAnsi="Calibri"/>
          <w:b w:val="0"/>
          <w:color w:val="19313C"/>
          <w:sz w:val="21"/>
        </w:rPr>
        <w:t>Après réflexion, j’ai décidé de ne pas donner suite à cette proposition.</w:t>
        <w:br/>
        <w:t>[Facultatif : une raison professionnelle courte, exacte et respectueuse.]</w:t>
      </w:r>
    </w:p>
    <w:p>
      <w:pPr>
        <w:keepNext w:val="0"/>
        <w:spacing w:before="0" w:after="280" w:line="310" w:lineRule="exact"/>
      </w:pPr>
      <w:r>
        <w:rPr>
          <w:rFonts w:ascii="Calibri" w:hAnsi="Calibri"/>
          <w:b w:val="0"/>
          <w:color w:val="19313C"/>
          <w:sz w:val="21"/>
        </w:rPr>
        <w:t>J’ai apprécié [un élément réel de vos échanges] et vous remercie de la confiance accordée à ma candidature.</w:t>
      </w:r>
    </w:p>
    <w:p>
      <w:pPr>
        <w:keepNext w:val="0"/>
        <w:spacing w:before="0" w:after="280" w:line="310" w:lineRule="exact"/>
      </w:pPr>
      <w:r>
        <w:rPr>
          <w:rFonts w:ascii="Calibri" w:hAnsi="Calibri"/>
          <w:b w:val="0"/>
          <w:color w:val="19313C"/>
          <w:sz w:val="21"/>
        </w:rPr>
        <w:t>Je vous souhaite une bonne continuation dans votre recrutement.</w:t>
      </w:r>
    </w:p>
    <w:p>
      <w:pPr>
        <w:keepNext w:val="0"/>
        <w:spacing w:before="0" w:after="280" w:line="310" w:lineRule="exact"/>
      </w:pPr>
      <w:r>
        <w:rPr>
          <w:rFonts w:ascii="Calibri" w:hAnsi="Calibri"/>
          <w:b w:val="0"/>
          <w:color w:val="19313C"/>
          <w:sz w:val="21"/>
        </w:rPr>
        <w:t>Bien cordialement,</w:t>
        <w:br/>
        <w:t>[Prénom NOM]</w:t>
      </w:r>
    </w:p>
    <w:sectPr w:rsidR="00FC693F" w:rsidRPr="0006063C" w:rsidSect="00034616">
      <w:pgSz w:w="11906" w:h="16838"/>
      <w:pgMar w:top="850" w:right="941" w:bottom="850" w:left="94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10" w:lineRule="exact" w:after="60"/>
    </w:pPr>
    <w:rPr>
      <w:rFonts w:ascii="Calibri" w:hAnsi="Calibri"/>
      <w:color w:val="19313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Décliner une proposition</dc:title>
  <dc:subject/>
  <dc:creator>JobAnnonce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