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 w:line="780" w:lineRule="exact"/>
      </w:pPr>
      <w:r>
        <w:rPr>
          <w:rFonts w:ascii="Calibri Light" w:hAnsi="Calibri Light"/>
          <w:b w:val="0"/>
          <w:color w:val="19313C"/>
          <w:sz w:val="70"/>
        </w:rPr>
        <w:t>[Prénom NOM]</w:t>
      </w:r>
    </w:p>
    <w:p>
      <w:pPr>
        <w:keepNext w:val="0"/>
        <w:spacing w:before="0" w:after="360" w:line="310" w:lineRule="exact"/>
      </w:pPr>
      <w:r>
        <w:rPr>
          <w:rFonts w:ascii="Calibri" w:hAnsi="Calibri"/>
          <w:b w:val="0"/>
          <w:color w:val="546772"/>
          <w:sz w:val="19"/>
        </w:rPr>
        <w:t>[Téléphone]  ·  [E-mail]</w:t>
      </w:r>
    </w:p>
    <w:p>
      <w:pPr>
        <w:keepNext w:val="0"/>
        <w:spacing w:before="0" w:after="400" w:line="380" w:lineRule="exact"/>
      </w:pPr>
      <w:r>
        <w:rPr>
          <w:rFonts w:ascii="Calibri" w:hAnsi="Calibri"/>
          <w:b/>
          <w:color w:val="087B88"/>
          <w:sz w:val="28"/>
        </w:rPr>
        <w:t>Objet : Suivi de candidature — [Poste] — [Prénom NOM]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Bonjour [Nom],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Je reviens vers vous à propos de ma candidature au poste de [intitulé, référence], transmise le [date], [ou : de notre entretien du ...].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Je reste intéressé(e) par cette opportunité, en particulier [un aspect concret du poste]. Pourriez-vous m’indiquer les prochaines étapes du recrutement ou le calendrier envisagé ?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Je reste disponible si vous avez besoin d’un complément d’information.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Merci pour votre retour,</w:t>
      </w:r>
    </w:p>
    <w:p>
      <w:pPr>
        <w:keepNext w:val="0"/>
        <w:spacing w:before="0" w:after="280" w:line="310" w:lineRule="exact"/>
      </w:pPr>
      <w:r>
        <w:rPr>
          <w:rFonts w:ascii="Calibri" w:hAnsi="Calibri"/>
          <w:b w:val="0"/>
          <w:color w:val="19313C"/>
          <w:sz w:val="21"/>
        </w:rPr>
        <w:t>[Prénom NOM]</w:t>
        <w:br/>
        <w:t>[Contact]</w:t>
      </w:r>
    </w:p>
    <w:sectPr w:rsidR="00FC693F" w:rsidRPr="0006063C" w:rsidSect="00034616">
      <w:pgSz w:w="11906" w:h="16838"/>
      <w:pgMar w:top="850" w:right="941" w:bottom="850" w:left="94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0" w:lineRule="exact" w:after="60"/>
    </w:pPr>
    <w:rPr>
      <w:rFonts w:ascii="Calibri" w:hAnsi="Calibri"/>
      <w:color w:val="1931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Relancer une candidature</dc:title>
  <dc:subject/>
  <dc:creator>JobAnnonce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